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t>Wholesome Bites: 4-Day Meal Plan for Growing Kids</w:t>
      </w:r>
    </w:p>
    <w:p>
      <w:pPr>
        <w:spacing w:after="240"/>
      </w:pPr>
      <w:r>
        <w:t>This simple, nutritionist-inspired meal plan is designed to help parents give their kids a wholesome and balanced diet across 4 days. Each day includes breakfast, lunch, dinner, and snacks. Suitable for kids aged 3 to 10.</w:t>
      </w:r>
    </w:p>
    <w:p>
      <w:pPr>
        <w:pStyle w:val="Heading2"/>
      </w:pPr>
      <w:r>
        <w:t>Day 1</w:t>
      </w:r>
    </w:p>
    <w:p>
      <w:pPr>
        <w:pStyle w:val="ListBullet"/>
      </w:pPr>
      <w:r>
        <w:t>Breakfast: Oats porridge with banana slices &amp; a few almonds</w:t>
      </w:r>
    </w:p>
    <w:p>
      <w:pPr>
        <w:pStyle w:val="ListBullet"/>
      </w:pPr>
      <w:r>
        <w:t>Snack: Cucumber sticks with hummus</w:t>
      </w:r>
    </w:p>
    <w:p>
      <w:pPr>
        <w:pStyle w:val="ListBullet"/>
      </w:pPr>
      <w:r>
        <w:t>Lunch: Vegetable khichdi with curd</w:t>
      </w:r>
    </w:p>
    <w:p>
      <w:pPr>
        <w:pStyle w:val="ListBullet"/>
      </w:pPr>
      <w:r>
        <w:t>Snack 2: Fruit smoothie (mango + yogurt)</w:t>
      </w:r>
    </w:p>
    <w:p>
      <w:pPr>
        <w:pStyle w:val="ListBullet"/>
      </w:pPr>
      <w:r>
        <w:t>Dinner: Chapati with mashed moong dal and soft carrots</w:t>
      </w:r>
    </w:p>
    <w:p>
      <w:pPr>
        <w:pStyle w:val="Heading2"/>
      </w:pPr>
      <w:r>
        <w:t>Day 2</w:t>
      </w:r>
    </w:p>
    <w:p>
      <w:pPr>
        <w:pStyle w:val="ListBullet"/>
      </w:pPr>
      <w:r>
        <w:t>Breakfast: Ragi pancakes with honey drizzle &amp; apple wedges</w:t>
      </w:r>
    </w:p>
    <w:p>
      <w:pPr>
        <w:pStyle w:val="ListBullet"/>
      </w:pPr>
      <w:r>
        <w:t>Snack: Boiled corn with a pinch of salt and lemon</w:t>
      </w:r>
    </w:p>
    <w:p>
      <w:pPr>
        <w:pStyle w:val="ListBullet"/>
      </w:pPr>
      <w:r>
        <w:t>Lunch: Rice with mixed vegetable curry &amp; beetroot salad</w:t>
      </w:r>
    </w:p>
    <w:p>
      <w:pPr>
        <w:pStyle w:val="ListBullet"/>
      </w:pPr>
      <w:r>
        <w:t>Snack 2: Dates + cashew trail mix</w:t>
      </w:r>
    </w:p>
    <w:p>
      <w:pPr>
        <w:pStyle w:val="ListBullet"/>
      </w:pPr>
      <w:r>
        <w:t>Dinner: Dalia upma with peas and carrots</w:t>
      </w:r>
    </w:p>
    <w:p>
      <w:pPr>
        <w:pStyle w:val="Heading2"/>
      </w:pPr>
      <w:r>
        <w:t>Day 3</w:t>
      </w:r>
    </w:p>
    <w:p>
      <w:pPr>
        <w:pStyle w:val="ListBullet"/>
      </w:pPr>
      <w:r>
        <w:t>Breakfast: Poha with peanuts and boiled egg (optional)</w:t>
      </w:r>
    </w:p>
    <w:p>
      <w:pPr>
        <w:pStyle w:val="ListBullet"/>
      </w:pPr>
      <w:r>
        <w:t>Snack: Fruit bowl (papaya, watermelon, pomegranate)</w:t>
      </w:r>
    </w:p>
    <w:p>
      <w:pPr>
        <w:pStyle w:val="ListBullet"/>
      </w:pPr>
      <w:r>
        <w:t>Lunch: Chapati with palak paneer (mild spice) &amp; rice</w:t>
      </w:r>
    </w:p>
    <w:p>
      <w:pPr>
        <w:pStyle w:val="ListBullet"/>
      </w:pPr>
      <w:r>
        <w:t>Snack 2: Roasted makhana</w:t>
      </w:r>
    </w:p>
    <w:p>
      <w:pPr>
        <w:pStyle w:val="ListBullet"/>
      </w:pPr>
      <w:r>
        <w:t>Dinner: Vegetable pulao with cucumber raita</w:t>
      </w:r>
    </w:p>
    <w:p>
      <w:pPr>
        <w:pStyle w:val="Heading2"/>
      </w:pPr>
      <w:r>
        <w:t>Day 4</w:t>
      </w:r>
    </w:p>
    <w:p>
      <w:pPr>
        <w:pStyle w:val="ListBullet"/>
      </w:pPr>
      <w:r>
        <w:t>Breakfast: Vegetable stuffed paratha with curd</w:t>
      </w:r>
    </w:p>
    <w:p>
      <w:pPr>
        <w:pStyle w:val="ListBullet"/>
      </w:pPr>
      <w:r>
        <w:t>Snack: Banana oat cookies</w:t>
      </w:r>
    </w:p>
    <w:p>
      <w:pPr>
        <w:pStyle w:val="ListBullet"/>
      </w:pPr>
      <w:r>
        <w:t>Lunch: Masoor dal, rice, ghee &amp; steamed broccoli</w:t>
      </w:r>
    </w:p>
    <w:p>
      <w:pPr>
        <w:pStyle w:val="ListBullet"/>
      </w:pPr>
      <w:r>
        <w:t>Snack 2: Buttermilk + 2 soaked almonds</w:t>
      </w:r>
    </w:p>
    <w:p>
      <w:pPr>
        <w:pStyle w:val="ListBullet"/>
      </w:pPr>
      <w:r>
        <w:t>Dinner: Idli with coconut chutney and sautéed spinach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